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בטקסט מידעי על חיות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ולפרש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בעלי פה ובכתב נימוק מבוסס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שהמטריארכית - הנקבה הוותיקה - מובילה את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כתוב שהם יכולים להתקבץ ולעמוד מול האריה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בפסקה על חומה של קרניים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הזקיפה שומרת מלמעלה, ואילו שאר הקבוצה מחפשת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שצריך לחלוק מזון ומחלות עוברות מהר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(זוכרת היכן יש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(עומדת במקום גבוה ומזהירה)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(עומדים במעגל סביב העגלים)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(מסתובבת יחד ומבלבלת את הטורף)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(עוזבים את המשפחה בגיל 12-15)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מה קורה כשמגיע עוף דורס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 הקבוצה מחפשת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הזקיפה עומדת במקום גבוה ושומרת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הזקיפה רואה עוף דורס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הזקיפה משמיעה קריאת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 הקבוצה רצה למחילות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היא זוכרת היכן יש מים ומזון גם בבצורת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הטורף מתקשה לבחור דג אחד מתוך להקה שזזה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בעלי החיים עומדים צפופים עם הקרניים כלפי חוץ, כמו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להראות את התמונה המלאה - גם יתרונות וגם חסרונות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ביחד בטוח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מטריארכית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מסתובבת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זקיפה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כותבים: התפקיד שהייתי בוחר/ת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תפקיד, מסביר/ה מה עושים בתפקיד לפי הטקסט, ומנמק/ת בעזרת מילת קישור כמו כי או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עיניים ואוזניים שמסתכלות ומקשיבות, הגנה מטורפים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מובילה את העדר וזוכרת היכן יש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כשלהקת דגים זזה יחד, הטורף מתקשה לבחור דג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פסקה בקול ואז לבצע את המשימה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ההתאמה וסידור השלבים מתאימות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להזכיר לתלמידים להשתמש במילות קישור כפי שמופיע בדף המקור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נלמד למה בעלי חיים רבים חיים בקבוצות - עדרים ולהקות, ואיך זה עוזר להם להישמר מטורפים.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עדר הפילים מוביל הזכר החזק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כשבעל חיים אחד בקבוצה מבחין בטורף, הוא מזהיר את 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התאואים תמיד בורחים מאריות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שוורי המושק עומדים במעגל, והעגלים באמצע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של הסוריקטות מחפשת מזון בשביל 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בחיים בקבוצה יש גם חסרונות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עושה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המטריארכית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עומדת במקום גבוה ומזהירה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הזקיפה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מסתובבת יחד ומבלבלת את הטורף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שוורי המושק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זוכרת היכן יש מים ומזון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להקת הדגים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עוזבים את המשפחה בגיל 12-15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הפילים הזכרים הצעירים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עומדים במעגל סביב העגלים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מה קורה כשמגיע עוף דורס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משמיעה קריאת אזהרה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רואה עוף דורס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הזקיפה עומדת במקום גבוה ושומרת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הקבוצה רצה למחילות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הקבוצה מחפשת 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שדווקא נקבה ותיקה ומנוסה תוביל את עדר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הגדולה והחזקה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זוכרת היכן יש מים ומזון גם בבצורת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הצעירה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הזכרים לא יודעים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אפקט הבלבול?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הדגים מתבלבלים ושוחים לכיוונים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הטורף מתקשה לבחור דג אחד מתוך להקה שזזה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הדגים משנים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הטורף שוכח איפה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הכותרת חומה של קרניים לתוכן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התאואים בונים חומה מאבנים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החיים עומדים צפופים עם הקרניים כלפי חוץ, כמו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לתאואים יש קרניים ארוכות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החומה שומרת על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הכותב הוסיף את הפסקה יש גם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להראות את התמונה המלאה - גם יתרונות וגם חסרונות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לשכנע שאסור לחיות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עוד מה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לספר על פילים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כותרת אחרת מתאימה לכל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האריה - מלך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ביחד בטוח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דגים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הפיל הזכר הבודד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פילים ותאואים חיים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עדר הפילים מובילה הנקבה הוותיקה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כשטורף מתקרב ללהקת דגים, כולה __________ יחד ומשנה 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הסוריקטה ששומרת ומזהירה מפני סכנה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שור המושק מגן על הצעירים כשהמבוגרים עומדים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כותבים: התפקיד שהייתי בוחר/ת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בעלי חיים בקבוצה, איזה תפקיד הייתם רוצים: מוביל/ה, זקיף/ה או שומר/ת על הצעירים? כתבו 3-4 משפטים ונמקו בעזרת מידע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בעלי חיים רבים חיים בקבוצות?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המטריארכית בעדר הפילים?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אפקט הבלבול?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