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מפורש בטקסט מידעי על חיות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ולפרש מידע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בעלי פה ובכתב נימוק מבוסס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שהמטריארכית - הנקבה הוותיקה - מובילה את העדר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בטקסט כתוב שהם יכולים להתקבץ ולעמוד מול האריה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עושה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(זוכרת היכן יש מים ומזון)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(עומדת במקום גבוה ומזהירה)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(עומדים במעגל סביב העגלים)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(מסתובבת יחד ומבלבלת את הטורף)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מה קורה כשמגיע עוף דורס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רוב הקבוצה מחפשת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הזקיפה עומדת במקום גבוה ושומרת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הזקיפה רואה עוף דורס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הזקיפה משמיעה קריאת אזהרה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חושבים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היא זוכרת היכן יש מים ומזון גם בבצורת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הטורף מתקשה לבחור דג אחד מתוך להקה שזזה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מטריארכית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כותבים: התפקיד שהייתי בוחר/ת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תפקיד, מסביר/ה מה עושים בתפקיד לפי הטקסט, ומנמק/ת בעזרת מילת קישור כמו כי או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יותר עיניים ואוזניים שמסתכלות ומקשיבות, הגנה מטורפים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מובילה את העדר וזוכרת היכן יש מים ומזון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כשלהקת דגים זזה יחד, הטורף מתקשה לבחור דג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פסקה בקול ואז לבצע את המשימה המתאימה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ההתאמה וסידור השלבים מתאימות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להזכיר לתלמידים להשתמש במילות קישור כפי שמופיע בדף המקור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נלמד למה בעלי חיים רבים חיים בקבוצות - עדרים ולהקות, ואיך זה עוזר להם להישמר מטורפים.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עדרים  ·  מטריארכית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עדר הפילים מוביל הזכר החזק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כשבעל חיים אחד בקבוצה מבחין בטורף, הוא מזהיר את 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התאואים תמיד בורחים מאריות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 עושה 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המטריארכית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מסתובבת יחד ומבלבלת את הטורף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הזקיפה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עומדים במעגל סביב העגלים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שוורי המושק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עומדת במקום גבוה ומזהירה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להקת הדגים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זוכרת היכן יש מים ומזון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מה קורה כשמגיע עוף דורס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הזקיפה עומדת במקום גבוה ושומרת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הזקיפה משמיעה קריאת אזהרה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 הקבוצה מחפשת מזון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הזקיפה רואה עוף דורס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חושבים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חשוב שדווקא נקבה ותיקה ומנוסה תוביל את עדר הפילים?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היא הגדולה והחזקה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היא זוכרת היכן יש מים ומזון גם בבצורת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היא הצעירה בעדר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אפקט הבלבול?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הדגים מתבלבלים ושוחים לכיוונים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הטורף מתקשה לבחור דג אחד מתוך להקה שזזה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הדגים משנים צבע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פילים ותאואים חיים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את עדר הפילים מובילה הנקבה הוותיקה שנקראת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כותבים: התפקיד שהייתי בוחר/ת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הייתם בעלי חיים בקבוצה, איזה תפקיד הייתם רוצים: מוביל/ה, זקיף/ה או שומר/ת על הצעירים? כתבו 3-4 משפטים ונמקו בעזרת מידע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בעלי חיים רבים חיים בקבוצות?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המטריארכית בעדר הפילים?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כוחו של העדר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